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Bdr>
          <w:bottom w:val="single" w:sz="12" w:space="4" w:color="AABC3C"/>
        </w:pBdr>
        <w:spacing w:after="280"/>
      </w:pPr>
      <w:r>
        <w:t>AI Readiness Survey Kit: Survey Questions</w:t>
      </w:r>
    </w:p>
    <w:p>
      <w:r>
        <w:rPr>
          <w:b w:val="0"/>
          <w:i w:val="0"/>
        </w:rPr>
        <w:t>The survey has 19 questions in five short sections, every one multiple choice or a five-point agreement scale. Paste the text below into your form as written.</w:t>
      </w:r>
    </w:p>
    <w:p>
      <w:pPr>
        <w:keepNext/>
        <w:spacing w:before="200" w:after="20"/>
      </w:pPr>
      <w:r>
        <w:rPr>
          <w:b/>
          <w:color w:val="0E5640"/>
          <w:sz w:val="18"/>
        </w:rPr>
        <w:t>FORM TITLE</w:t>
      </w:r>
    </w:p>
    <w:p>
      <w:r>
        <w:t>AI at work: a 10-minute anonymous survey</w:t>
      </w:r>
    </w:p>
    <w:p>
      <w:pPr>
        <w:keepNext/>
        <w:spacing w:before="200" w:after="20"/>
      </w:pPr>
      <w:r>
        <w:rPr>
          <w:b/>
          <w:color w:val="0E5640"/>
          <w:sz w:val="18"/>
        </w:rPr>
        <w:t>FORM DESCRIPTION</w:t>
      </w:r>
    </w:p>
    <w:p>
      <w:r>
        <w:t>This survey takes about 10 minutes. It's anonymous: it doesn't ask for your name, email or team, and nobody can see who gave which answer. There are no right or wrong answers. Many people already use AI tools in their own way, approved or not, and that's useful for us to know. Answers about unapproved tools won't be traced to anyone or used against anyone. By "AI tool" we mean any chat app, AI feature in software you already use, browser extension or meeting note-taker. We'll use the results to plan AI tools, guidance and training.</w:t>
      </w:r>
    </w:p>
    <w:p>
      <w:pPr>
        <w:keepNext/>
        <w:spacing w:before="200" w:after="20"/>
      </w:pPr>
      <w:r>
        <w:rPr>
          <w:b/>
          <w:color w:val="0E5640"/>
          <w:sz w:val="18"/>
        </w:rPr>
        <w:t>AGREEMENT SCALE (questions marked Agree)</w:t>
      </w:r>
    </w:p>
    <w:p>
      <w:pPr>
        <w:keepNext/>
        <w:spacing w:after="20"/>
        <w:ind w:left="360"/>
      </w:pPr>
      <w:r>
        <w:t>Strongly disagree</w:t>
      </w:r>
    </w:p>
    <w:p>
      <w:pPr>
        <w:keepNext/>
        <w:spacing w:after="20"/>
        <w:ind w:left="360"/>
      </w:pPr>
      <w:r>
        <w:t>Disagree</w:t>
      </w:r>
    </w:p>
    <w:p>
      <w:pPr>
        <w:keepNext/>
        <w:spacing w:after="20"/>
        <w:ind w:left="360"/>
      </w:pPr>
      <w:r>
        <w:t>Neutral</w:t>
      </w:r>
    </w:p>
    <w:p>
      <w:pPr>
        <w:keepNext/>
        <w:spacing w:after="20"/>
        <w:ind w:left="360"/>
      </w:pPr>
      <w:r>
        <w:t>Agree</w:t>
      </w:r>
    </w:p>
    <w:p>
      <w:pPr>
        <w:keepNext/>
        <w:spacing w:after="20"/>
        <w:ind w:left="360"/>
      </w:pPr>
      <w:r>
        <w:t>Strongly agree</w:t>
      </w:r>
    </w:p>
    <w:p>
      <w:pPr>
        <w:spacing w:before="80"/>
      </w:pPr>
      <w:r>
        <w:t>Use a choice question with these five options, or your form's rating or grid question.</w:t>
      </w:r>
    </w:p>
    <w:p>
      <w:pPr>
        <w:pStyle w:val="Heading2"/>
      </w:pPr>
      <w:r>
        <w:t>Section A: How you use AI today</w:t>
      </w:r>
    </w:p>
    <w:p>
      <w:pPr>
        <w:keepNext/>
        <w:spacing w:before="160" w:after="20"/>
      </w:pPr>
      <w:r>
        <w:rPr>
          <w:b/>
          <w:color w:val="0E5640"/>
          <w:sz w:val="18"/>
        </w:rPr>
        <w:t>Q1  ·  Choice</w:t>
      </w:r>
    </w:p>
    <w:p>
      <w:pPr>
        <w:keepNext/>
        <w:spacing w:after="40"/>
      </w:pPr>
      <w:r>
        <w:rPr>
          <w:b/>
        </w:rPr>
        <w:t>In a typical week, how often do you use an AI tool for work?</w:t>
      </w:r>
    </w:p>
    <w:p>
      <w:pPr>
        <w:keepNext/>
        <w:spacing w:after="20"/>
        <w:ind w:left="360"/>
      </w:pPr>
      <w:r>
        <w:t>Never</w:t>
      </w:r>
    </w:p>
    <w:p>
      <w:pPr>
        <w:keepNext/>
        <w:spacing w:after="20"/>
        <w:ind w:left="360"/>
      </w:pPr>
      <w:r>
        <w:t>Less than once a week</w:t>
      </w:r>
    </w:p>
    <w:p>
      <w:pPr>
        <w:keepNext/>
        <w:spacing w:after="20"/>
        <w:ind w:left="360"/>
      </w:pPr>
      <w:r>
        <w:t>One to three days a week</w:t>
      </w:r>
    </w:p>
    <w:p>
      <w:pPr>
        <w:keepNext/>
        <w:spacing w:after="20"/>
        <w:ind w:left="360"/>
      </w:pPr>
      <w:r>
        <w:t>Most days</w:t>
      </w:r>
    </w:p>
    <w:p>
      <w:pPr>
        <w:keepNext w:val="0"/>
        <w:spacing w:after="20"/>
        <w:ind w:left="360"/>
      </w:pPr>
      <w:r>
        <w:t>Several times a day</w:t>
      </w:r>
    </w:p>
    <w:p>
      <w:pPr>
        <w:keepNext/>
        <w:spacing w:before="160" w:after="20"/>
      </w:pPr>
      <w:r>
        <w:rPr>
          <w:b/>
          <w:color w:val="0E5640"/>
          <w:sz w:val="18"/>
        </w:rPr>
        <w:t>Q2  ·  Choice, multiple answers</w:t>
      </w:r>
    </w:p>
    <w:p>
      <w:pPr>
        <w:keepNext/>
        <w:spacing w:after="40"/>
      </w:pPr>
      <w:r>
        <w:rPr>
          <w:b/>
        </w:rPr>
        <w:t>What do you use AI tools for at work? Select all that apply.</w:t>
      </w:r>
    </w:p>
    <w:p>
      <w:pPr>
        <w:keepNext/>
        <w:spacing w:after="20"/>
        <w:ind w:left="360"/>
      </w:pPr>
      <w:r>
        <w:t>Drafting or editing emails and documents</w:t>
      </w:r>
    </w:p>
    <w:p>
      <w:pPr>
        <w:keepNext/>
        <w:spacing w:after="20"/>
        <w:ind w:left="360"/>
      </w:pPr>
      <w:r>
        <w:t>Summarizing documents, threads or meetings</w:t>
      </w:r>
    </w:p>
    <w:p>
      <w:pPr>
        <w:keepNext/>
        <w:spacing w:after="20"/>
        <w:ind w:left="360"/>
      </w:pPr>
      <w:r>
        <w:t>Research, or explaining something unfamiliar</w:t>
      </w:r>
    </w:p>
    <w:p>
      <w:pPr>
        <w:keepNext/>
        <w:spacing w:after="20"/>
        <w:ind w:left="360"/>
      </w:pPr>
      <w:r>
        <w:t>Working with data or spreadsheets</w:t>
      </w:r>
    </w:p>
    <w:p>
      <w:pPr>
        <w:keepNext/>
        <w:spacing w:after="20"/>
        <w:ind w:left="360"/>
      </w:pPr>
      <w:r>
        <w:t>Writing or reviewing code or scripts</w:t>
      </w:r>
    </w:p>
    <w:p>
      <w:pPr>
        <w:keepNext/>
        <w:spacing w:after="20"/>
        <w:ind w:left="360"/>
      </w:pPr>
      <w:r>
        <w:t>Brainstorming or planning</w:t>
      </w:r>
    </w:p>
    <w:p>
      <w:pPr>
        <w:keepNext/>
        <w:spacing w:after="20"/>
        <w:ind w:left="360"/>
      </w:pPr>
      <w:r>
        <w:t>Something else</w:t>
      </w:r>
    </w:p>
    <w:p>
      <w:pPr>
        <w:keepNext w:val="0"/>
        <w:spacing w:after="20"/>
        <w:ind w:left="360"/>
      </w:pPr>
      <w:r>
        <w:t>I don't use AI tools for work</w:t>
      </w:r>
    </w:p>
    <w:p>
      <w:pPr>
        <w:keepNext/>
        <w:spacing w:before="160" w:after="20"/>
      </w:pPr>
      <w:r>
        <w:rPr>
          <w:b/>
          <w:color w:val="0E5640"/>
          <w:sz w:val="18"/>
        </w:rPr>
        <w:t>Q3  ·  Choice</w:t>
      </w:r>
    </w:p>
    <w:p>
      <w:pPr>
        <w:keepNext/>
        <w:spacing w:after="40"/>
      </w:pPr>
      <w:r>
        <w:rPr>
          <w:b/>
        </w:rPr>
        <w:t>Which account do you usually use for AI at work?</w:t>
      </w:r>
    </w:p>
    <w:p>
      <w:pPr>
        <w:keepNext/>
        <w:spacing w:after="20"/>
        <w:ind w:left="360"/>
      </w:pPr>
      <w:r>
        <w:t>An account our organization provides</w:t>
      </w:r>
    </w:p>
    <w:p>
      <w:pPr>
        <w:keepNext/>
        <w:spacing w:after="20"/>
        <w:ind w:left="360"/>
      </w:pPr>
      <w:r>
        <w:t>My own personal account (free or paid)</w:t>
      </w:r>
    </w:p>
    <w:p>
      <w:pPr>
        <w:keepNext/>
        <w:spacing w:after="20"/>
        <w:ind w:left="360"/>
      </w:pPr>
      <w:r>
        <w:t>Both, depending on the task</w:t>
      </w:r>
    </w:p>
    <w:p>
      <w:pPr>
        <w:keepNext/>
        <w:spacing w:after="20"/>
        <w:ind w:left="360"/>
      </w:pPr>
      <w:r>
        <w:t>I'm not sure</w:t>
      </w:r>
    </w:p>
    <w:p>
      <w:pPr>
        <w:keepNext w:val="0"/>
        <w:spacing w:after="20"/>
        <w:ind w:left="360"/>
      </w:pPr>
      <w:r>
        <w:t>I don't use AI tools for work</w:t>
      </w:r>
    </w:p>
    <w:p>
      <w:pPr>
        <w:keepNext/>
        <w:spacing w:before="160" w:after="20"/>
      </w:pPr>
      <w:r>
        <w:rPr>
          <w:b/>
          <w:color w:val="0E5640"/>
          <w:sz w:val="18"/>
        </w:rPr>
        <w:t>Q4  ·  Choice</w:t>
      </w:r>
    </w:p>
    <w:p>
      <w:pPr>
        <w:keepNext/>
        <w:spacing w:after="40"/>
      </w:pPr>
      <w:r>
        <w:rPr>
          <w:b/>
        </w:rPr>
        <w:t>Many people try AI tools before anything is officially approved. In the last three months, how often have you used an AI tool for work that you weren't sure was approved?</w:t>
      </w:r>
    </w:p>
    <w:p>
      <w:pPr>
        <w:keepNext/>
        <w:spacing w:after="20"/>
        <w:ind w:left="360"/>
      </w:pPr>
      <w:r>
        <w:t>Never</w:t>
      </w:r>
    </w:p>
    <w:p>
      <w:pPr>
        <w:keepNext/>
        <w:spacing w:after="20"/>
        <w:ind w:left="360"/>
      </w:pPr>
      <w:r>
        <w:t>Once or twice</w:t>
      </w:r>
    </w:p>
    <w:p>
      <w:pPr>
        <w:keepNext/>
        <w:spacing w:after="20"/>
        <w:ind w:left="360"/>
      </w:pPr>
      <w:r>
        <w:t>A few times a month</w:t>
      </w:r>
    </w:p>
    <w:p>
      <w:pPr>
        <w:keepNext/>
        <w:spacing w:after="20"/>
        <w:ind w:left="360"/>
      </w:pPr>
      <w:r>
        <w:t>Weekly or more</w:t>
      </w:r>
    </w:p>
    <w:p>
      <w:pPr>
        <w:keepNext w:val="0"/>
        <w:spacing w:after="20"/>
        <w:ind w:left="360"/>
      </w:pPr>
      <w:r>
        <w:t>Prefer not to say</w:t>
      </w:r>
    </w:p>
    <w:p>
      <w:pPr>
        <w:keepNext/>
        <w:spacing w:before="160" w:after="20"/>
      </w:pPr>
      <w:r>
        <w:rPr>
          <w:b/>
          <w:color w:val="0E5640"/>
          <w:sz w:val="18"/>
        </w:rPr>
        <w:t>Q5  ·  Choice</w:t>
      </w:r>
    </w:p>
    <w:p>
      <w:pPr>
        <w:keepNext/>
        <w:spacing w:after="40"/>
      </w:pPr>
      <w:r>
        <w:rPr>
          <w:b/>
        </w:rPr>
        <w:t>When you use a personal or free AI account, how often does work content go into it, such as emails, documents or data?</w:t>
      </w:r>
    </w:p>
    <w:p>
      <w:pPr>
        <w:keepNext/>
        <w:spacing w:after="20"/>
        <w:ind w:left="360"/>
      </w:pPr>
      <w:r>
        <w:t>I don't use a personal or free account for work</w:t>
      </w:r>
    </w:p>
    <w:p>
      <w:pPr>
        <w:keepNext/>
        <w:spacing w:after="20"/>
        <w:ind w:left="360"/>
      </w:pPr>
      <w:r>
        <w:t>Rarely</w:t>
      </w:r>
    </w:p>
    <w:p>
      <w:pPr>
        <w:keepNext/>
        <w:spacing w:after="20"/>
        <w:ind w:left="360"/>
      </w:pPr>
      <w:r>
        <w:t>Sometimes</w:t>
      </w:r>
    </w:p>
    <w:p>
      <w:pPr>
        <w:keepNext/>
        <w:spacing w:after="20"/>
        <w:ind w:left="360"/>
      </w:pPr>
      <w:r>
        <w:t>Often</w:t>
      </w:r>
    </w:p>
    <w:p>
      <w:pPr>
        <w:keepNext w:val="0"/>
        <w:spacing w:after="20"/>
        <w:ind w:left="360"/>
      </w:pPr>
      <w:r>
        <w:t>Prefer not to say</w:t>
      </w:r>
    </w:p>
    <w:p>
      <w:pPr>
        <w:pStyle w:val="Heading2"/>
      </w:pPr>
      <w:r>
        <w:t>Section B: How you feel about AI at work</w:t>
      </w:r>
    </w:p>
    <w:p>
      <w:pPr>
        <w:keepNext/>
        <w:spacing w:before="160" w:after="20"/>
      </w:pPr>
      <w:r>
        <w:rPr>
          <w:b/>
          <w:color w:val="0E5640"/>
          <w:sz w:val="18"/>
        </w:rPr>
        <w:t>Q6  ·  Agree</w:t>
      </w:r>
    </w:p>
    <w:p>
      <w:pPr>
        <w:keepNext w:val="0"/>
        <w:spacing w:after="40"/>
      </w:pPr>
      <w:r>
        <w:rPr>
          <w:b/>
        </w:rPr>
        <w:t>I feel comfortable using AI tools in my work.</w:t>
      </w:r>
    </w:p>
    <w:p>
      <w:pPr>
        <w:keepNext/>
        <w:spacing w:before="160" w:after="20"/>
      </w:pPr>
      <w:r>
        <w:rPr>
          <w:b/>
          <w:color w:val="0E5640"/>
          <w:sz w:val="18"/>
        </w:rPr>
        <w:t>Q7  ·  Agree</w:t>
      </w:r>
    </w:p>
    <w:p>
      <w:pPr>
        <w:keepNext w:val="0"/>
        <w:spacing w:after="40"/>
      </w:pPr>
      <w:r>
        <w:rPr>
          <w:b/>
        </w:rPr>
        <w:t>AI tools could save me real time on parts of my job.</w:t>
      </w:r>
    </w:p>
    <w:p>
      <w:pPr>
        <w:keepNext/>
        <w:spacing w:before="160" w:after="20"/>
      </w:pPr>
      <w:r>
        <w:rPr>
          <w:b/>
          <w:color w:val="0E5640"/>
          <w:sz w:val="18"/>
        </w:rPr>
        <w:t>Q8  ·  Agree</w:t>
      </w:r>
    </w:p>
    <w:p>
      <w:pPr>
        <w:keepNext w:val="0"/>
        <w:spacing w:after="40"/>
      </w:pPr>
      <w:r>
        <w:rPr>
          <w:b/>
        </w:rPr>
        <w:t>I have concerns about how AI will change my role.</w:t>
      </w:r>
    </w:p>
    <w:p>
      <w:pPr>
        <w:keepNext/>
        <w:spacing w:before="160" w:after="20"/>
      </w:pPr>
      <w:r>
        <w:rPr>
          <w:b/>
          <w:color w:val="0E5640"/>
          <w:sz w:val="18"/>
        </w:rPr>
        <w:t>Q9  ·  Agree</w:t>
      </w:r>
    </w:p>
    <w:p>
      <w:pPr>
        <w:keepNext w:val="0"/>
        <w:spacing w:after="40"/>
      </w:pPr>
      <w:r>
        <w:rPr>
          <w:b/>
        </w:rPr>
        <w:t>I'd feel comfortable telling my manager how I use AI at work.</w:t>
      </w:r>
    </w:p>
    <w:p>
      <w:pPr>
        <w:pStyle w:val="Heading2"/>
      </w:pPr>
      <w:r>
        <w:t>Section C: Using AI well</w:t>
      </w:r>
    </w:p>
    <w:p>
      <w:pPr>
        <w:keepNext/>
        <w:spacing w:before="160" w:after="20"/>
      </w:pPr>
      <w:r>
        <w:rPr>
          <w:b/>
          <w:color w:val="0E5640"/>
          <w:sz w:val="18"/>
        </w:rPr>
        <w:t>Q10  ·  Agree</w:t>
      </w:r>
    </w:p>
    <w:p>
      <w:pPr>
        <w:keepNext w:val="0"/>
        <w:spacing w:after="40"/>
      </w:pPr>
      <w:r>
        <w:rPr>
          <w:b/>
        </w:rPr>
        <w:t>I know how to ask an AI tool for something so the answer is useful within one or two tries.</w:t>
      </w:r>
    </w:p>
    <w:p>
      <w:pPr>
        <w:keepNext/>
        <w:spacing w:before="160" w:after="20"/>
      </w:pPr>
      <w:r>
        <w:rPr>
          <w:b/>
          <w:color w:val="0E5640"/>
          <w:sz w:val="18"/>
        </w:rPr>
        <w:t>Q11  ·  Agree</w:t>
      </w:r>
    </w:p>
    <w:p>
      <w:pPr>
        <w:keepNext w:val="0"/>
        <w:spacing w:after="40"/>
      </w:pPr>
      <w:r>
        <w:rPr>
          <w:b/>
        </w:rPr>
        <w:t>Before I ask, I give the AI tool background on my role and the task.</w:t>
      </w:r>
    </w:p>
    <w:p>
      <w:pPr>
        <w:keepNext/>
        <w:spacing w:before="160" w:after="20"/>
      </w:pPr>
      <w:r>
        <w:rPr>
          <w:b/>
          <w:color w:val="0E5640"/>
          <w:sz w:val="18"/>
        </w:rPr>
        <w:t>Q12  ·  Choice</w:t>
      </w:r>
    </w:p>
    <w:p>
      <w:pPr>
        <w:keepNext/>
        <w:spacing w:after="40"/>
      </w:pPr>
      <w:r>
        <w:rPr>
          <w:b/>
        </w:rPr>
        <w:t>An AI tool gives you a confident answer that includes a statistic you need for a report. What would you do?</w:t>
      </w:r>
    </w:p>
    <w:p>
      <w:pPr>
        <w:keepNext/>
        <w:spacing w:after="20"/>
        <w:ind w:left="360"/>
      </w:pPr>
      <w:r>
        <w:t>Use it as given</w:t>
      </w:r>
    </w:p>
    <w:p>
      <w:pPr>
        <w:keepNext/>
        <w:spacing w:after="20"/>
        <w:ind w:left="360"/>
      </w:pPr>
      <w:r>
        <w:t>Ask the AI tool whether it's sure, then use it</w:t>
      </w:r>
    </w:p>
    <w:p>
      <w:pPr>
        <w:keepNext/>
        <w:spacing w:after="20"/>
        <w:ind w:left="360"/>
      </w:pPr>
      <w:r>
        <w:t>Leave the statistic out</w:t>
      </w:r>
    </w:p>
    <w:p>
      <w:pPr>
        <w:keepNext/>
        <w:spacing w:after="20"/>
        <w:ind w:left="360"/>
      </w:pPr>
      <w:r>
        <w:t>Check it against a reliable source before using it</w:t>
      </w:r>
    </w:p>
    <w:p>
      <w:pPr>
        <w:keepNext w:val="0"/>
        <w:spacing w:after="20"/>
        <w:ind w:left="360"/>
      </w:pPr>
      <w:r>
        <w:t>I'm not sure</w:t>
      </w:r>
    </w:p>
    <w:p>
      <w:pPr>
        <w:keepNext/>
        <w:spacing w:before="160" w:after="20"/>
      </w:pPr>
      <w:r>
        <w:rPr>
          <w:b/>
          <w:color w:val="0E5640"/>
          <w:sz w:val="18"/>
        </w:rPr>
        <w:t>Q13  ·  Agree</w:t>
      </w:r>
    </w:p>
    <w:p>
      <w:pPr>
        <w:keepNext w:val="0"/>
        <w:spacing w:after="40"/>
      </w:pPr>
      <w:r>
        <w:rPr>
          <w:b/>
        </w:rPr>
        <w:t>I could list the kinds of information that must never go into an AI tool.</w:t>
      </w:r>
    </w:p>
    <w:p>
      <w:pPr>
        <w:keepNext/>
        <w:spacing w:before="160" w:after="20"/>
      </w:pPr>
      <w:r>
        <w:rPr>
          <w:b/>
          <w:color w:val="0E5640"/>
          <w:sz w:val="18"/>
        </w:rPr>
        <w:t>Q14  ·  Choice</w:t>
      </w:r>
    </w:p>
    <w:p>
      <w:pPr>
        <w:keepNext/>
        <w:spacing w:after="40"/>
      </w:pPr>
      <w:r>
        <w:rPr>
          <w:b/>
        </w:rPr>
        <w:t>You want an AI tool's help replying to a customer complaint. Which approach is safest?</w:t>
      </w:r>
    </w:p>
    <w:p>
      <w:pPr>
        <w:keepNext/>
        <w:spacing w:after="20"/>
        <w:ind w:left="360"/>
      </w:pPr>
      <w:r>
        <w:t>Paste the whole email thread so the AI tool has full context</w:t>
      </w:r>
    </w:p>
    <w:p>
      <w:pPr>
        <w:keepNext/>
        <w:spacing w:after="20"/>
        <w:ind w:left="360"/>
      </w:pPr>
      <w:r>
        <w:t>Paste the email with the customer's name removed</w:t>
      </w:r>
    </w:p>
    <w:p>
      <w:pPr>
        <w:keepNext/>
        <w:spacing w:after="20"/>
        <w:ind w:left="360"/>
      </w:pPr>
      <w:r>
        <w:t>Describe the situation, using placeholders such as "Customer A" for names and account numbers</w:t>
      </w:r>
    </w:p>
    <w:p>
      <w:pPr>
        <w:keepNext w:val="0"/>
        <w:spacing w:after="20"/>
        <w:ind w:left="360"/>
      </w:pPr>
      <w:r>
        <w:t>I'm not sure</w:t>
      </w:r>
    </w:p>
    <w:p>
      <w:pPr>
        <w:pStyle w:val="Heading2"/>
      </w:pPr>
      <w:r>
        <w:t>Section D: Rules and approved tools</w:t>
      </w:r>
    </w:p>
    <w:p>
      <w:pPr>
        <w:keepNext/>
        <w:spacing w:before="160" w:after="20"/>
      </w:pPr>
      <w:r>
        <w:rPr>
          <w:b/>
          <w:color w:val="0E5640"/>
          <w:sz w:val="18"/>
        </w:rPr>
        <w:t>Q15  ·  Choice</w:t>
      </w:r>
    </w:p>
    <w:p>
      <w:pPr>
        <w:keepNext/>
        <w:spacing w:after="40"/>
      </w:pPr>
      <w:r>
        <w:rPr>
          <w:b/>
        </w:rPr>
        <w:t>Does our organization have a policy or guidance on using AI tools at work?</w:t>
      </w:r>
    </w:p>
    <w:p>
      <w:pPr>
        <w:keepNext/>
        <w:spacing w:after="20"/>
        <w:ind w:left="360"/>
      </w:pPr>
      <w:r>
        <w:t>Yes, and I've read it</w:t>
      </w:r>
    </w:p>
    <w:p>
      <w:pPr>
        <w:keepNext/>
        <w:spacing w:after="20"/>
        <w:ind w:left="360"/>
      </w:pPr>
      <w:r>
        <w:t>Yes, but I haven't read it</w:t>
      </w:r>
    </w:p>
    <w:p>
      <w:pPr>
        <w:keepNext/>
        <w:spacing w:after="20"/>
        <w:ind w:left="360"/>
      </w:pPr>
      <w:r>
        <w:t>I think so, but I'm not sure</w:t>
      </w:r>
    </w:p>
    <w:p>
      <w:pPr>
        <w:keepNext w:val="0"/>
        <w:spacing w:after="20"/>
        <w:ind w:left="360"/>
      </w:pPr>
      <w:r>
        <w:t>I don't think so</w:t>
      </w:r>
    </w:p>
    <w:p>
      <w:pPr>
        <w:keepNext/>
        <w:spacing w:before="160" w:after="20"/>
      </w:pPr>
      <w:r>
        <w:rPr>
          <w:b/>
          <w:color w:val="0E5640"/>
          <w:sz w:val="18"/>
        </w:rPr>
        <w:t>Q16  ·  Agree</w:t>
      </w:r>
    </w:p>
    <w:p>
      <w:pPr>
        <w:keepNext w:val="0"/>
        <w:spacing w:after="40"/>
      </w:pPr>
      <w:r>
        <w:rPr>
          <w:b/>
        </w:rPr>
        <w:t>I know which AI tools I'm allowed to use for work.</w:t>
      </w:r>
    </w:p>
    <w:p>
      <w:pPr>
        <w:keepNext/>
        <w:spacing w:before="160" w:after="20"/>
      </w:pPr>
      <w:r>
        <w:rPr>
          <w:b/>
          <w:color w:val="0E5640"/>
          <w:sz w:val="18"/>
        </w:rPr>
        <w:t>Q17  ·  Agree</w:t>
      </w:r>
    </w:p>
    <w:p>
      <w:pPr>
        <w:keepNext w:val="0"/>
        <w:spacing w:after="40"/>
      </w:pPr>
      <w:r>
        <w:rPr>
          <w:b/>
        </w:rPr>
        <w:t>I know who to ask when I'm not sure whether I can use an AI tool, or share certain information with it.</w:t>
      </w:r>
    </w:p>
    <w:p>
      <w:pPr>
        <w:pStyle w:val="Heading2"/>
      </w:pPr>
      <w:r>
        <w:t>Section E: What would help</w:t>
      </w:r>
    </w:p>
    <w:p>
      <w:pPr>
        <w:keepNext/>
        <w:spacing w:before="160" w:after="20"/>
      </w:pPr>
      <w:r>
        <w:rPr>
          <w:b/>
          <w:color w:val="0E5640"/>
          <w:sz w:val="18"/>
        </w:rPr>
        <w:t>Q18  ·  Choice, multiple answers</w:t>
      </w:r>
    </w:p>
    <w:p>
      <w:pPr>
        <w:keepNext/>
        <w:spacing w:after="40"/>
      </w:pPr>
      <w:r>
        <w:rPr>
          <w:b/>
        </w:rPr>
        <w:t>Which of these would help you most? Choose up to three.</w:t>
      </w:r>
    </w:p>
    <w:p>
      <w:pPr>
        <w:keepNext/>
        <w:spacing w:after="20"/>
        <w:ind w:left="360"/>
      </w:pPr>
      <w:r>
        <w:t>Clear guidance on what's allowed and what information can go in</w:t>
      </w:r>
    </w:p>
    <w:p>
      <w:pPr>
        <w:keepNext/>
        <w:spacing w:after="20"/>
        <w:ind w:left="360"/>
      </w:pPr>
      <w:r>
        <w:t>An approved AI tool with a work account</w:t>
      </w:r>
    </w:p>
    <w:p>
      <w:pPr>
        <w:keepNext/>
        <w:spacing w:after="20"/>
        <w:ind w:left="360"/>
      </w:pPr>
      <w:r>
        <w:t>Hands-on training using my own work tasks</w:t>
      </w:r>
    </w:p>
    <w:p>
      <w:pPr>
        <w:keepNext/>
        <w:spacing w:after="20"/>
        <w:ind w:left="360"/>
      </w:pPr>
      <w:r>
        <w:t>Ready-made prompts and templates for common tasks</w:t>
      </w:r>
    </w:p>
    <w:p>
      <w:pPr>
        <w:keepNext/>
        <w:spacing w:after="20"/>
        <w:ind w:left="360"/>
      </w:pPr>
      <w:r>
        <w:t>Help setting up an AI agent for my role</w:t>
      </w:r>
    </w:p>
    <w:p>
      <w:pPr>
        <w:keepNext/>
        <w:spacing w:after="20"/>
        <w:ind w:left="360"/>
      </w:pPr>
      <w:r>
        <w:t>Examples from people in jobs like mine</w:t>
      </w:r>
    </w:p>
    <w:p>
      <w:pPr>
        <w:keepNext/>
        <w:spacing w:after="20"/>
        <w:ind w:left="360"/>
      </w:pPr>
      <w:r>
        <w:t>Time set aside to practice</w:t>
      </w:r>
    </w:p>
    <w:p>
      <w:pPr>
        <w:keepNext w:val="0"/>
        <w:spacing w:after="20"/>
        <w:ind w:left="360"/>
      </w:pPr>
      <w:r>
        <w:t>I don't need help right now</w:t>
      </w:r>
    </w:p>
    <w:p>
      <w:pPr>
        <w:keepNext/>
        <w:spacing w:before="160" w:after="20"/>
      </w:pPr>
      <w:r>
        <w:rPr>
          <w:b/>
          <w:color w:val="0E5640"/>
          <w:sz w:val="18"/>
        </w:rPr>
        <w:t>Q19  ·  Choice</w:t>
      </w:r>
    </w:p>
    <w:p>
      <w:pPr>
        <w:keepNext/>
        <w:spacing w:after="40"/>
      </w:pPr>
      <w:r>
        <w:rPr>
          <w:b/>
        </w:rPr>
        <w:t>How would you most like to learn?</w:t>
      </w:r>
    </w:p>
    <w:p>
      <w:pPr>
        <w:keepNext/>
        <w:spacing w:after="20"/>
        <w:ind w:left="360"/>
      </w:pPr>
      <w:r>
        <w:t>Live sessions with an instructor</w:t>
      </w:r>
    </w:p>
    <w:p>
      <w:pPr>
        <w:keepNext/>
        <w:spacing w:after="20"/>
        <w:ind w:left="360"/>
      </w:pPr>
      <w:r>
        <w:t>Short self-paced guides</w:t>
      </w:r>
    </w:p>
    <w:p>
      <w:pPr>
        <w:keepNext/>
        <w:spacing w:after="20"/>
        <w:ind w:left="360"/>
      </w:pPr>
      <w:r>
        <w:t>A mix of live sessions and guides</w:t>
      </w:r>
    </w:p>
    <w:p>
      <w:pPr>
        <w:keepNext w:val="0"/>
        <w:spacing w:after="20"/>
        <w:ind w:left="360"/>
      </w:pPr>
      <w:r>
        <w:t>Learning from colleagues</w:t>
      </w:r>
    </w:p>
    <w:sectPr w:rsidR="00FC693F" w:rsidRPr="0006063C" w:rsidSect="00034616">
      <w:headerReference w:type="default" r:id="rId9"/>
      <w:footerReference w:type="default" r:id="rId10"/>
      <w:pgSz w:w="12240" w:h="15840"/>
      <w:pgMar w:top="1440" w:right="1440" w:bottom="1440" w:left="1440" w:header="648" w:footer="64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55F5B"/>
        <w:sz w:val="18"/>
      </w:rPr>
      <w:t xml:space="preserve">Page </w:t>
    </w:r>
    <w:r>
      <w:rPr>
        <w:color w:val="555F5B"/>
        <w:sz w:val="18"/>
      </w:rPr>
      <w:fldChar w:fldCharType="begin"/>
    </w:r>
    <w:r>
      <w:rPr>
        <w:color w:val="555F5B"/>
        <w:sz w:val="18"/>
      </w:rPr>
      <w:instrText xml:space="preserve"> PAGE </w:instrText>
    </w:r>
    <w:r>
      <w:rPr>
        <w:color w:val="555F5B"/>
        <w:sz w:val="18"/>
      </w:rPr>
      <w:fldChar w:fldCharType="separate"/>
    </w:r>
    <w:r>
      <w:rPr>
        <w:color w:val="555F5B"/>
        <w:sz w:val="18"/>
      </w:rPr>
      <w:t>1</w:t>
    </w:r>
    <w:r>
      <w:rPr>
        <w:color w:val="555F5B"/>
        <w:sz w:val="18"/>
      </w:rPr>
      <w:fldChar w:fldCharType="end"/>
    </w:r>
    <w:r>
      <w:rPr>
        <w:color w:val="555F5B"/>
        <w:sz w:val="18"/>
      </w:rPr>
      <w:t xml:space="preserve"> of </w:t>
    </w:r>
    <w:r>
      <w:rPr>
        <w:color w:val="555F5B"/>
        <w:sz w:val="18"/>
      </w:rPr>
      <w:fldChar w:fldCharType="begin"/>
    </w:r>
    <w:r>
      <w:rPr>
        <w:color w:val="555F5B"/>
        <w:sz w:val="18"/>
      </w:rPr>
      <w:instrText xml:space="preserve"> NUMPAGES </w:instrText>
    </w:r>
    <w:r>
      <w:rPr>
        <w:color w:val="555F5B"/>
        <w:sz w:val="18"/>
      </w:rPr>
      <w:fldChar w:fldCharType="separate"/>
    </w:r>
    <w:r>
      <w:rPr>
        <w:color w:val="555F5B"/>
        <w:sz w:val="18"/>
      </w:rPr>
      <w:t>1</w:t>
    </w:r>
    <w:r>
      <w:rPr>
        <w:color w:val="555F5B"/>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Bdr>
        <w:bottom w:val="single" w:sz="6" w:space="4" w:color="AABC3C"/>
      </w:pBdr>
    </w:pPr>
    <w:r/>
    <w:r>
      <w:rPr>
        <w:b/>
        <w:color w:val="0E5640"/>
        <w:sz w:val="18"/>
      </w:rPr>
      <w:t>StormWind · AI Accelerator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Calibri" w:hAnsi="Calibri" w:cs="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Calibri" w:hAnsi="Calibri" w:cs="Calibri" w:eastAsia="Calibri"/>
      <w:b/>
      <w:bCs/>
      <w:i w:val="0"/>
      <w:color w:val="0E5640"/>
      <w:sz w:val="32"/>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0E5640"/>
      <w:sz w:val="26"/>
      <w:szCs w:val="26"/>
    </w:rPr>
  </w:style>
  <w:style w:type="paragraph" w:styleId="Heading3">
    <w:name w:val="heading 3"/>
    <w:basedOn w:val="Normal"/>
    <w:next w:val="Normal"/>
    <w:link w:val="Heading3Char"/>
    <w:uiPriority w:val="9"/>
    <w:unhideWhenUsed/>
    <w:qFormat/>
    <w:rsid w:val="00FC693F"/>
    <w:pPr>
      <w:keepNext/>
      <w:keepLines/>
      <w:spacing w:before="200" w:after="60"/>
      <w:outlineLvl w:val="2"/>
    </w:pPr>
    <w:rPr>
      <w:rFonts w:ascii="Calibri" w:hAnsi="Calibri" w:cs="Calibri" w:eastAsia="Calibri"/>
      <w:b/>
      <w:bCs/>
      <w:i w:val="0"/>
      <w:color w:val="0E564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0"/>
      <w:contextualSpacing/>
    </w:pPr>
    <w:rPr>
      <w:rFonts w:ascii="Calibri" w:hAnsi="Calibri" w:cs="Calibri" w:eastAsia="Calibri"/>
      <w:b/>
      <w:i w:val="0"/>
      <w:color w:val="0E564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Readiness Survey Kit: Survey Questions</dc:title>
  <dc:subject/>
  <dc:creator>StormWind</dc:creator>
  <cp:keywords/>
  <dc:description/>
  <cp:lastModifiedBy/>
  <cp:revision>1</cp:revision>
  <dcterms:created xsi:type="dcterms:W3CDTF">2013-12-23T23:15:00Z</dcterms:created>
  <dcterms:modified xsi:type="dcterms:W3CDTF">2013-12-23T23:15:00Z</dcterms:modified>
  <cp:category/>
</cp:coreProperties>
</file>